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background w:color="D8D8D8" w:themeColor="background1" w:themeShade="D8"/>
  <w:body>
    <!-- Modified by docx4j 8.3.9 (Apache licensed) using REFERENCE JAXB in Red Hat, Inc. Java 1.8.0_432 on Linux --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706"/>
        <w:gridCol w:w="3356"/>
        <w:gridCol w:w="660"/>
        <w:gridCol w:w="1614"/>
      </w:tblGrid>
      <w:tr w:rsidRPr="00286605" w:rsidR="00286605" w:rsidTr="00846747" w14:paraId="6C6693F3" w14:textId="77777777">
        <w:trPr>
          <w:trHeight w:val="709"/>
        </w:trPr>
        <w:tc>
          <w:tcPr>
            <w:tcW w:w="4839" w:type="dxa"/>
            <w:gridSpan w:val="3"/>
          </w:tcPr>
          <w:p w:rsidRPr="00286605" w:rsidR="00286605" w:rsidP="00025857" w:rsidRDefault="00286605" w14:paraId="79E9A216" w14:textId="77777777"/>
        </w:tc>
        <w:tc>
          <w:tcPr>
            <w:tcW w:w="1497" w:type="dxa"/>
          </w:tcPr>
          <w:p w:rsidRPr="00286605" w:rsidR="00286605" w:rsidP="00286605" w:rsidRDefault="00286605" w14:paraId="12FC1963" w14:textId="77777777">
            <w:pPr>
              <w:jc w:val="right"/>
            </w:pPr>
            <w:r w:rsidRPr="00286605">
              <w:rPr>
                <w:noProof/>
              </w:rPr>
              <w:drawing>
                <wp:inline distT="0" distB="0" distL="0" distR="0">
                  <wp:extent cx="493529" cy="493529"/>
                  <wp:effectExtent l="0" t="0" r="1905" b="0"/>
                  <wp:docPr id="1392604786" name="Picture 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604786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93" cy="50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216E7" w:rsidR="000A13A5" w:rsidTr="00723EA1" w14:paraId="35637F2A" w14:textId="77777777">
        <w:tc>
          <w:tcPr>
            <w:tcW w:w="709" w:type="dxa"/>
          </w:tcPr>
          <w:p w:rsidRPr="001216E7" w:rsidR="000A13A5" w:rsidP="0035198F" w:rsidRDefault="000A13A5" w14:paraId="3646B8D4" w14:textId="77777777">
            <w:r w:rsidRPr="001216E7">
              <w:rPr>
                <w:rFonts w:ascii="Calibri" w:hAnsi="Calibri"/>
                <w:sz w:val="24"/>
              </w:rPr>
              <w:t xml:space="preserve">To: </w:t>
            </w:r>
          </w:p>
        </w:tc>
        <w:tc>
          <w:tcPr>
            <w:tcW w:w="5627" w:type="dxa"/>
            <w:gridSpan w:val="3"/>
          </w:tcPr>
          <w:p w:rsidRPr="001216E7" w:rsidR="000A13A5" w:rsidP="000A13A5" w:rsidRDefault="000A13A5" w14:paraId="522D780D" w14:textId="77777777">
            <w:pPr>
              <w:jc w:val="right"/>
            </w:pPr>
            <w:r>
              <w:rPr>
                <w:rFonts w:ascii="Calibri" w:hAnsi="Calibri"/>
                <w:sz w:val="24"/>
              </w:rPr>
              <w:t>[[!ContactName!]]</w:t>
            </w:r>
            <w:r w:rsidR="00AD6A06">
              <w:rPr>
                <w:rFonts w:ascii="Calibri" w:hAnsi="Calibri"/>
                <w:sz w:val="24"/>
              </w:rPr>
              <w:t>-[[!ContactEmail!]]</w:t>
            </w:r>
          </w:p>
        </w:tc>
      </w:tr>
      <w:tr w:rsidRPr="001216E7" w:rsidR="000A13A5" w:rsidTr="007A65F5" w14:paraId="3D31EA65" w14:textId="77777777">
        <w:tc>
          <w:tcPr>
            <w:tcW w:w="4111" w:type="dxa"/>
            <w:gridSpan w:val="2"/>
          </w:tcPr>
          <w:p w:rsidRPr="001216E7" w:rsidR="000A13A5" w:rsidP="0035198F" w:rsidRDefault="000A13A5" w14:paraId="45122C13" w14:textId="77777777">
            <w:r w:rsidRPr="001216E7">
              <w:rPr>
                <w:rFonts w:ascii="Calibri" w:hAnsi="Calibri"/>
                <w:sz w:val="24"/>
              </w:rPr>
              <w:t xml:space="preserve">From: </w:t>
            </w:r>
          </w:p>
        </w:tc>
        <w:tc>
          <w:tcPr>
            <w:tcW w:w="2225" w:type="dxa"/>
            <w:gridSpan w:val="2"/>
          </w:tcPr>
          <w:p w:rsidRPr="001216E7" w:rsidR="000A13A5" w:rsidP="000A13A5" w:rsidRDefault="000A13A5" w14:paraId="6531A91F" w14:textId="77777777">
            <w:pPr>
              <w:jc w:val="right"/>
            </w:pPr>
            <w:r>
              <w:rPr>
                <w:rFonts w:ascii="Calibri" w:hAnsi="Calibri"/>
                <w:sz w:val="24"/>
              </w:rPr>
              <w:t>[[!OwnerName!]]</w:t>
            </w:r>
          </w:p>
        </w:tc>
      </w:tr>
      <w:tr w:rsidRPr="001216E7" w:rsidR="000A13A5" w:rsidTr="007A65F5" w14:paraId="50D35124" w14:textId="77777777">
        <w:tc>
          <w:tcPr>
            <w:tcW w:w="4111" w:type="dxa"/>
            <w:gridSpan w:val="2"/>
          </w:tcPr>
          <w:p w:rsidRPr="001216E7" w:rsidR="000A13A5" w:rsidP="0035198F" w:rsidRDefault="000A13A5" w14:paraId="3EFA0041" w14:textId="77777777">
            <w:r w:rsidRPr="001216E7">
              <w:rPr>
                <w:rFonts w:ascii="Calibri" w:hAnsi="Calibri"/>
                <w:sz w:val="24"/>
              </w:rPr>
              <w:t xml:space="preserve">Amount: </w:t>
            </w:r>
          </w:p>
        </w:tc>
        <w:tc>
          <w:tcPr>
            <w:tcW w:w="2225" w:type="dxa"/>
            <w:gridSpan w:val="2"/>
          </w:tcPr>
          <w:p w:rsidRPr="001216E7" w:rsidR="000A13A5" w:rsidP="000A13A5" w:rsidRDefault="000A13A5" w14:paraId="17E8961B" w14:textId="77777777">
            <w:pPr>
              <w:jc w:val="right"/>
            </w:pPr>
            <w:r>
              <w:rPr>
                <w:rFonts w:ascii="Calibri" w:hAnsi="Calibri"/>
                <w:sz w:val="24"/>
              </w:rPr>
              <w:t>[[!Amount!]]</w:t>
            </w:r>
          </w:p>
        </w:tc>
      </w:tr>
      <w:tr w:rsidRPr="001216E7" w:rsidR="000A13A5" w:rsidTr="007A65F5" w14:paraId="4B587BC2" w14:textId="77777777">
        <w:tc>
          <w:tcPr>
            <w:tcW w:w="4111" w:type="dxa"/>
            <w:gridSpan w:val="2"/>
          </w:tcPr>
          <w:p w:rsidRPr="001216E7" w:rsidR="000A13A5" w:rsidP="0035198F" w:rsidRDefault="000A13A5" w14:paraId="55DCA8EB" w14:textId="77777777">
            <w:pPr>
              <w:rPr>
                <w:rFonts w:ascii="Calibri" w:hAnsi="Calibri"/>
                <w:sz w:val="24"/>
              </w:rPr>
            </w:pPr>
            <w:r w:rsidRPr="001216E7">
              <w:rPr>
                <w:rFonts w:ascii="Calibri" w:hAnsi="Calibri"/>
                <w:sz w:val="24"/>
              </w:rPr>
              <w:t xml:space="preserve">Message: </w:t>
            </w:r>
          </w:p>
        </w:tc>
        <w:tc>
          <w:tcPr>
            <w:tcW w:w="2225" w:type="dxa"/>
            <w:gridSpan w:val="2"/>
          </w:tcPr>
          <w:p w:rsidRPr="001216E7" w:rsidR="000A13A5" w:rsidP="000A13A5" w:rsidRDefault="000A13A5" w14:paraId="0D492D38" w14:textId="77777777">
            <w:pPr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[[!Short Message!]]</w:t>
            </w:r>
          </w:p>
        </w:tc>
      </w:tr>
      <w:tr w:rsidR="000A13A5" w:rsidTr="007A65F5" w14:paraId="1DA73D4F" w14:textId="77777777">
        <w:tc>
          <w:tcPr>
            <w:tcW w:w="4111" w:type="dxa"/>
            <w:gridSpan w:val="2"/>
          </w:tcPr>
          <w:p w:rsidR="000A13A5" w:rsidP="0035198F" w:rsidRDefault="000A13A5" w14:paraId="1C90A715" w14:textId="77777777">
            <w:r w:rsidRPr="001216E7">
              <w:rPr>
                <w:rFonts w:ascii="Calibri" w:hAnsi="Calibri"/>
                <w:sz w:val="24"/>
              </w:rPr>
              <w:t xml:space="preserve">Expiry: </w:t>
            </w:r>
          </w:p>
        </w:tc>
        <w:tc>
          <w:tcPr>
            <w:tcW w:w="2225" w:type="dxa"/>
            <w:gridSpan w:val="2"/>
          </w:tcPr>
          <w:p w:rsidR="000A13A5" w:rsidP="000A13A5" w:rsidRDefault="00D363E9" w14:paraId="74668FCA" w14:textId="77777777">
            <w:pPr>
              <w:jc w:val="right"/>
            </w:pPr>
            <w:r>
              <w:rPr>
                <w:rFonts w:ascii="Calibri" w:hAnsi="Calibri"/>
                <w:sz w:val="24"/>
              </w:rPr>
              <w:t>[[!Expiry Date!]]</w:t>
            </w:r>
          </w:p>
        </w:tc>
      </w:tr>
      <w:tr w:rsidR="007D408B" w:rsidTr="00FC2707" w14:paraId="5C2A8780" w14:textId="77777777">
        <w:tc>
          <w:tcPr>
            <w:tcW w:w="6336" w:type="dxa"/>
            <w:gridSpan w:val="4"/>
          </w:tcPr>
          <w:p w:rsidR="007D408B" w:rsidP="00692B36" w:rsidRDefault="00692B36" w14:paraId="33E7BC2B" w14:textId="682DCC70">
            <w:pPr>
              <w:jc w:val="center"/>
              <w:rPr>
                <w:rFonts w:ascii="Calibri" w:hAnsi="Calibri"/>
                <w:sz w:val="24"/>
              </w:rPr>
            </w:pPr>
            <w:hyperlink w:history="true" r:id="rId9">
              <w:r w:rsidRPr="007D408B">
                <w:rPr>
                  <w:rStyle w:val="Hyperlink"/>
                  <w:rFonts w:ascii="Arial" w:hAnsi="Arial" w:cs="Arial"/>
                  <w:color w:val="EE0000"/>
                  <w:sz w:val="20"/>
                  <w:szCs w:val="20"/>
                </w:rPr>
                <w:t>Rede</w:t>
              </w:r>
              <w:r w:rsidR="00CB3254">
                <w:rPr>
                  <w:rStyle w:val="Hyperlink"/>
                  <w:rFonts w:ascii="Arial" w:hAnsi="Arial" w:cs="Arial"/>
                  <w:color w:val="EE0000"/>
                  <w:sz w:val="20"/>
                  <w:szCs w:val="20"/>
                </w:rPr>
                <w:t>mption</w:t>
              </w:r>
              <w:r w:rsidRPr="007D408B">
                <w:rPr>
                  <w:rStyle w:val="Hyperlink"/>
                  <w:rFonts w:ascii="Arial" w:hAnsi="Arial" w:cs="Arial"/>
                  <w:color w:val="EE0000"/>
                  <w:sz w:val="20"/>
                  <w:szCs w:val="20"/>
                </w:rPr>
                <w:t xml:space="preserve"> Instructions</w:t>
              </w:r>
            </w:hyperlink>
          </w:p>
        </w:tc>
      </w:tr>
      <w:tr w:rsidR="007D408B" w:rsidTr="007A65F5" w14:paraId="0919A5B8" w14:textId="77777777">
        <w:tc>
          <w:tcPr>
            <w:tcW w:w="4111" w:type="dxa"/>
            <w:gridSpan w:val="2"/>
          </w:tcPr>
          <w:p w:rsidRPr="001216E7" w:rsidR="007D408B" w:rsidP="007A65F5" w:rsidRDefault="007D408B" w14:paraId="669D1715" w14:textId="77777777">
            <w:pPr>
              <w:jc w:val="center"/>
              <w:rPr>
                <w:rFonts w:ascii="Calibri" w:hAnsi="Calibri"/>
                <w:sz w:val="24"/>
              </w:rPr>
            </w:pPr>
            <w:r w:rsidRPr="0049278E">
              <w:rPr>
                <w:noProof/>
              </w:rPr>
              <w:drawing>
                <wp:inline distT="0" distB="0" distL="0" distR="0">
                  <wp:extent cx="2286656" cy="447675"/>
                  <wp:effectExtent l="95250" t="76200" r="75565" b="104775"/>
                  <wp:docPr id="1321880802" name="[[!Barcode!]]" descr="A grey background with white clouds&#10;&#10;AI-generated content may be incorrect.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5035417" name="[[!Barcode!]]" descr="A grey background with white clouds&#10;&#10;AI-generated content may be incorrect.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15" cy="4771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false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gridSpan w:val="2"/>
          </w:tcPr>
          <w:p w:rsidRPr="001216E7" w:rsidR="007D408B" w:rsidP="00692B36" w:rsidRDefault="00692B36" w14:paraId="338B7BD0" w14:textId="77777777">
            <w:pPr>
              <w:pStyle w:val="Footer"/>
              <w:rPr>
                <w:noProof/>
              </w:rPr>
            </w:pPr>
            <w:r w:rsidRPr="001216E7">
              <w:rPr>
                <w:noProof/>
              </w:rPr>
              <w:drawing>
                <wp:anchor distT="0" distB="0" distL="114300" distR="114300" simplePos="false" relativeHeight="251660288" behindDoc="false" locked="false" layoutInCell="true" allowOverlap="true" wp14:anchorId="03893809" wp14:editId="42375DE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41910</wp:posOffset>
                  </wp:positionV>
                  <wp:extent cx="1308735" cy="617220"/>
                  <wp:effectExtent l="0" t="0" r="5715" b="0"/>
                  <wp:wrapSquare wrapText="bothSides"/>
                  <wp:docPr id="939663825" name="Picture 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9663825" name="Picture 1"/>
                          <pic:cNvPicPr/>
                        </pic:nvPicPr>
                        <pic:blipFill rotWithShape="true">
                          <a:blip r:embed="rId11"/>
                          <a:srcRect l="7576" t="20933" r="7953" b="1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61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Pr="00F11233" w:rsidR="00F11233" w:rsidP="00692B36" w:rsidRDefault="00F11233" w14:paraId="37F73E70" w14:textId="77777777">
      <w:pPr>
        <w:rPr>
          <w:noProof/>
        </w:rPr>
      </w:pPr>
    </w:p>
    <w:sectPr w:rsidRPr="00F11233" w:rsidR="00F11233" w:rsidSect="007D408B">
      <w:pgSz w:w="7200" w:h="4320"/>
      <w:pgMar w:top="0" w:right="432" w:bottom="67" w:left="432" w:header="720" w:footer="0" w:gutter="0"/>
      <w:cols w:space="720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endnote w:type="separator" w:id="-1">
    <w:p w:rsidR="00782A06" w:rsidP="00672935" w:rsidRDefault="00782A06" w14:paraId="1372CF36" w14:textId="77777777">
      <w:pPr>
        <w:spacing w:after="0" w:line="240" w:lineRule="auto"/>
      </w:pPr>
      <w:r>
        <w:separator/>
      </w:r>
    </w:p>
  </w:endnote>
  <w:endnote w:type="continuationSeparator" w:id="0">
    <w:p w:rsidR="00782A06" w:rsidP="00672935" w:rsidRDefault="00782A06" w14:paraId="01DCE33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footnote w:type="separator" w:id="-1">
    <w:p w:rsidR="00782A06" w:rsidP="00672935" w:rsidRDefault="00782A06" w14:paraId="571716E4" w14:textId="77777777">
      <w:pPr>
        <w:spacing w:after="0" w:line="240" w:lineRule="auto"/>
      </w:pPr>
      <w:r>
        <w:separator/>
      </w:r>
    </w:p>
  </w:footnote>
  <w:footnote w:type="continuationSeparator" w:id="0">
    <w:p w:rsidR="00782A06" w:rsidP="00672935" w:rsidRDefault="00782A06" w14:paraId="5086B9D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7E1D"/>
    <w:rsid w:val="00034616"/>
    <w:rsid w:val="0006063C"/>
    <w:rsid w:val="00071376"/>
    <w:rsid w:val="000A13A5"/>
    <w:rsid w:val="001216E7"/>
    <w:rsid w:val="0012170F"/>
    <w:rsid w:val="00141461"/>
    <w:rsid w:val="001435E3"/>
    <w:rsid w:val="0015074B"/>
    <w:rsid w:val="001A3360"/>
    <w:rsid w:val="001B5513"/>
    <w:rsid w:val="00210118"/>
    <w:rsid w:val="00286605"/>
    <w:rsid w:val="0029639D"/>
    <w:rsid w:val="00326F90"/>
    <w:rsid w:val="00445CD3"/>
    <w:rsid w:val="0049278E"/>
    <w:rsid w:val="004A0C8D"/>
    <w:rsid w:val="005D1BBB"/>
    <w:rsid w:val="00672935"/>
    <w:rsid w:val="00692B36"/>
    <w:rsid w:val="00723EA1"/>
    <w:rsid w:val="00782A06"/>
    <w:rsid w:val="0078572C"/>
    <w:rsid w:val="00787F12"/>
    <w:rsid w:val="007921A2"/>
    <w:rsid w:val="007A65F5"/>
    <w:rsid w:val="007B5560"/>
    <w:rsid w:val="007D408B"/>
    <w:rsid w:val="00846432"/>
    <w:rsid w:val="00846747"/>
    <w:rsid w:val="008C5408"/>
    <w:rsid w:val="008E7633"/>
    <w:rsid w:val="00915CC9"/>
    <w:rsid w:val="00A46FBE"/>
    <w:rsid w:val="00A87E82"/>
    <w:rsid w:val="00AA1D8D"/>
    <w:rsid w:val="00AD6A06"/>
    <w:rsid w:val="00B3091F"/>
    <w:rsid w:val="00B47730"/>
    <w:rsid w:val="00B82D41"/>
    <w:rsid w:val="00B94BCE"/>
    <w:rsid w:val="00C11639"/>
    <w:rsid w:val="00C82AE1"/>
    <w:rsid w:val="00CB0664"/>
    <w:rsid w:val="00CB3254"/>
    <w:rsid w:val="00CF2747"/>
    <w:rsid w:val="00D14399"/>
    <w:rsid w:val="00D363E9"/>
    <w:rsid w:val="00DE4514"/>
    <w:rsid w:val="00E01BD3"/>
    <w:rsid w:val="00F11233"/>
    <w:rsid w:val="00FC693F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61270C"/>
  <w14:defaultImageDpi w14:val="300"/>
  <w15:docId w15:val="{752E6993-9FEA-400A-987B-0A37FD7D9EA3}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true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true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true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true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true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true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true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true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true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true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true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true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true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true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false"/>
        <w:bCs w:val="false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false"/>
        <w:bCs w:val="false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false"/>
        <w:bCs w:val="false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false"/>
        <w:bCs w:val="false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false"/>
        <w:bCs w:val="false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false"/>
        <w:bCs w:val="false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false"/>
        <w:bCs w:val="false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false"/>
        <w:iCs w:val="false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false"/>
        <w:iCs w:val="false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false"/>
        <w:iCs w:val="false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false"/>
        <w:iCs w:val="false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false"/>
        <w:iCs w:val="false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false"/>
        <w:iCs w:val="false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false"/>
        <w:iCs w:val="false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false"/>
        <w:iCs w:val="false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false"/>
        <w:iCs w:val="false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false"/>
        <w:iCs w:val="false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false"/>
        <w:iCs w:val="false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false"/>
        <w:iCs w:val="false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false"/>
        <w:iCs w:val="false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false"/>
        <w:iCs w:val="false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false"/>
        <w:iCs w:val="false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A33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3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09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8"/>
    <Relationship Target="theme/theme1.xml" Type="http://schemas.openxmlformats.org/officeDocument/2006/relationships/theme" Id="rId13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fontTable.xml" Type="http://schemas.openxmlformats.org/officeDocument/2006/relationships/fontTabl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media/image3.png" Type="http://schemas.openxmlformats.org/officeDocument/2006/relationships/image" Id="rId11"/>
    <Relationship Target="webSettings.xml" Type="http://schemas.openxmlformats.org/officeDocument/2006/relationships/webSettings" Id="rId5"/>
    <Relationship Target="media/image2.png" Type="http://schemas.openxmlformats.org/officeDocument/2006/relationships/image" Id="rId10"/>
    <Relationship Target="settings.xml" Type="http://schemas.openxmlformats.org/officeDocument/2006/relationships/settings" Id="rId4"/>
    <Relationship TargetMode="External" Target="https://www.pdfbutler.com/academy/pdf-butler-academy/get-started/create-your-first-quote/" Type="http://schemas.openxmlformats.org/officeDocument/2006/relationships/hyperlink" Id="rId9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Michael J Fox</cp:lastModifiedBy>
  <cp:revision>29</cp:revision>
  <dcterms:created xsi:type="dcterms:W3CDTF">2025-06-19T12:50:00Z</dcterms:created>
  <dcterms:modified xsi:type="dcterms:W3CDTF">2025-06-27T10:00:00Z</dcterms:modified>
  <cp:category/>
</cp:coreProperties>
</file>